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בספרות כמו דימוי, האנשה וחרוז בתוך משפטים ושירים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בית לטור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יצירה של דימוי ושיר קצר עם האנשה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מזהים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מספר מגוף שלישי (יודע 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חרוז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דימוי משווה בין שני דברים בעזרת מילת השוואה.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האנשה.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מספר מגוף ראשון משתמש במילה אני.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בית הוא קבוצת שורות, לא שורה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הנכונה של חרוז.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מושג מתאים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(הדמות שמספרת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(אדם, חיה או דמות מדומיינת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(השוואה בעזרת מילה כמו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(נתינת תכונות אדם לחפץ או לבעל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(דמיון בצליל בין סופי שורות)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(קבוצת טורים בשיר המופרדת ברווח)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יצירה: דימוי והאנשה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שכולל מילת השוואה (כמו/כאילו) והשוואה הגיונית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ארבעה טורים, החפץ מתואר בתכונות אנושיות, שימוש בגוף ראשון של החפץ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המראות הבנה שדימוי משווה בעזרת מילה, והאנשה נותנת תכונות אדם; דוגמה עם המילה אני; הבנה שבית הוא קבוצת טורים ולא 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12 המושגים לפני מילוי הדף.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בעל פה את הדימויים והשירים שכתבו.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במשחק ההתאמה ככלי חזרה לפני מילוי הדף.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בספרות: מספר, דמות, דימוי, האנשה, חרוז, בית וטור. נתרגל לזהות אותן ונכתוב דוגמאות קטנות.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הדמות או הקול שמספר לנו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אדם, חיה או דמות מדומיינת שפועלת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בעזרת מילה כמו כמו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של אדם לחפץ, לבעל חיים או לטבע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דמיון בצליל בין סופי מילים בסוף שורות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שורות בשיר שמופרדת ברווח משאר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שורה אחת בתוך 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מזהים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למשפט על שמש שמחייכת?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למשפט עם המילה כמו?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הדמות שמספרת ויודעת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מגוף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מגוף שלישי (יודע כל)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לקבוצת שורות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לשורה אחת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לדמיון בצליל בסוף שורות?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משתמש במילה כמו או כאילו.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כשנותנים לחפץ או לבעל חיים תכונות של בן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מגוף ראשון משתמש במילה הוא כדי לספר את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בשיר הוא תמיד שורה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חרוז הוא דמיון בצליל בין סופי שורות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כשחפץ דומם מדבר או מרגיש כמו אדם,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'עיניו נצצו כמו יהלומים'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השורה הבודדת בתוך שיר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הדמות שמספרת לנו את העלילה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דמיון בצליל בין סוף שתי שורות בשיר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מושג מתאים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טורים בשיר המופרדת ברווח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דמיון בצליל בין סופי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נתינת תכונות אדם לחפץ או לבעל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הדמות שמספרת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בעזרת מילה כמו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אדם, חיה או דמות מדומיינת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יצירה: דימוי והאנשה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דימוי אחד, למשל מהיר כמו..., וכתבו משפט שלם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שיר קצר בן ארבעה טורים שבו חפץ מהחדר שלכם מדבר ומרגיש כמו אדם.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להאנשה?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מגוף ראשון.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בית לטור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