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בספרות כמו דימוי, האנשה וחרוז בתוך משפטים ושירים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בית לטור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של דימוי ושיר קצר עם 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מזהים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משווה בין שני דברים בעזרת מילת השוואה.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האנשה.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מושג מתאים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(הדמות שמספרת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(אדם, חיה או דמות מדומיינת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בעזרת מילה כמו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(נתינת תכונות אדם לחפץ או לבעל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יצירה: דימוי והאנשה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שכולל מילת השוואה (כמו/כאילו) והשוואה הגיונית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המראות הבנה שדימוי משווה בעזרת מילה, והאנשה נותנת תכונות אדם; דוגמה עם המילה אני; הבנה שבית הוא קבוצת טורים ולא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12 המושגים לפני מילוי הדף.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בעל פה את הדימויים והשירים שכתבו.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במשחק ההתאמה ככלי חזרה לפני מילוי הדף.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מושגי היסוד בספרות: מי מספר הסיפור, מהי דמות, דימוי, האנשה, חרוז, בית וטור. נזהה אותם בדוגמאות ונתרגל יצירה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מזהים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'השמש חייכה אליי בבוקר' - איזה אמצעי מופיע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'הוא רץ מהר כמו ציפור' - איזה אמצעי מופיע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חרוז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תמיד משתמש במילה כמו או כאילו.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האנשה היא כשנותנים לחפץ או לבעל חיים תכונות של בן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כשחפץ דומם מדבר או מרגיש כמו אדם,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'עיניו נצצו כמו יהלומים' הוא דוגמה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מושג מתאים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אדם, חיה או דמות מדומיינת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נתינת תכונות אדם לחפץ או לבעל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הדמות שמספרת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בעזרת מילה כמו כמו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יצירה: דימוי והאנשה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דימוי אחד, למשל מהיר כמו..., וכתבו משפט שלם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דימוי להאנשה?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למספר מגוף ראשון.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